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של משחק הוגן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דילמות של הוגנות במגרש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 לדעות שונות ונימוק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תפקיד הקפטן/ית ברגעי מתח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שאלה קשה בלי תשובה אחת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השופט שרק עבירה והשחקנים חושבים שהוא טעה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מותר גם לשתוק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לנמק את הדעה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הקפטן או הקפטנית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בדילמה אין תשובה אחת נכונה - שומעים כמה דעות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ההשתתפות היא מרצון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דרכים מכובדות יותר להגיב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הקשבה היא חלק חשוב מהשיחה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לה תפקיד חשוב בהרגעת המצב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מנמקים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קפטנית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(שאלה קשה בלי תשובה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(מחליט על עבירות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(מובילה את הקבוצה ברגעי מתח)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(להסביר למה חושבים ככה)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(אפשר לדבר או לשתוק, לפי בחירה)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מציע תגובה מכבדת, רגועה, ולא אלימה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כל אחד רואה את המצב אחרת, וההקשבה עוזרת להבין ולפתור בעיות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דילמה הגיונית מעולם הכדורגל עם שאלה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קשה בלי תשובה אחת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להקשיב, ולנמק את הדעה שלנו בלי לצעוק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להרגיע את הקבוצה ולהוביל תגובה 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דיון בכיתה בעקבות כרטיס הדילמה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תשובה נכונה אחת, וכל דעה מכובדת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שקטים להשתתף אך לא ללחוץ עליהם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של משחק הוגן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בכדורגל יש לפעמים רגעים שבהם קשה להחליט מה נכון לעשות. בדילמה אין תשובה אחת נכונה - מקשיבים לכל דעה, מנמקים, ומותר גם לשתוק.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דילמה?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שיש לה תשובה אחת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קשה בלי תשובה אחת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כלל במשחק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עבירה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בדילמת "שופט טעה", מה קרה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השופט נתן גול לא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השופט שרק עבירה והשחקנים חושבים שהוא טעה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השופט לא הגיע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קבוצה אחת עזבה את המגרש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מותר לעשות כשמדברים על דילמה?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חייבים לדבר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אסור להקשיב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מותר גם לשתוק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חייבים להסכים עם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חשוב לעשות כשמביעים דעה בדילמה?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לצעוק חזק יותר מאחרים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לנמק את הדעה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מהחבר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להגיד כלום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צריך להגיב בצורה מיוחדת כששופט טועה?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הקפטן או הקפטנית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השחקן שהבקיע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הספסל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בדילמה יש תמיד תשובה אחת נכונה וברורה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לשתוק ולא להשתתף בשיחה על דילמה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כשחושבים שהשופט טעה, הדרך הנכונה היא לצעוק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בדילמה חשוב להקשיב גם לדעות שונות משלנו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הקפטנית לא צריכה לעשות כלום כששופט טועה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השופט __________ עבירה, והשחקנים חושבים שהוא טעה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בדילמה אין תשובה אחת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מקשיבים לכל דעה, __________, ומותר גם לשתוק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של הקבוצה צריכה להחליט איך להגיב ברגע קשה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מחליט על עבירות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שאלה קשה בלי תשובה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קפטנית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להסביר למה חושבים ככה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לנמק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אפשר לדבר או לשתוק, לפי בחירה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השתתפות מרצון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מובילה את הקבוצה ברגעי מתח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קפטן או קפטנית בקבוצה, והשופט טעה בשריקת עבירה. כתבו מה הייתם עושים ואומרים לקבוצה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להקשיב לדעות שונות בדילמה, גם אם לא מסכימים איתן?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דילמה אחרת שיכולה לקרות במשחק כדורגל, ושאלה אחת עליה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דילמה?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כששומעים דעה שלא מסכימים איתה?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הקפטן או הקפטנית ברגע של ויכוח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דילמות של משחק הוגן בכדורגל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