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⚽ כדורגל – המשחק שכולם אוהבים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דילמות של משחק הוגן בכדורגל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דילמות של הוגנות במגרש הכדורגל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הקשבה לדעות שונות ונימוק עמדה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לחשוב על תפקיד הקפטן/ית ברגעי מתח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שאלה קשה בלי תשובה אחת נכונה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השופט שרק עבירה והשחקנים חושבים שהוא טעה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מותר גם לשתוק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לנמק את הדעה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הקפטן או הקפטנית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בדילמה אין תשובה אחת נכונה - שומעים כמה דעות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ההשתתפות היא מרצון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יש דרכים מכובדות יותר להגיב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הקשבה היא חלק חשוב מהשיחה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יש לה תפקיד חשוב בהרגעת המצב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שרק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מנמקים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קפטנית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(שאלה קשה בלי תשובה אחת)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(מחליט על עבירות במשחק)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(מובילה את הקבוצה ברגעי מתח)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(להסביר למה חושבים ככה)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(אפשר לדבר או לשתוק, לפי בחירה)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ומחשבה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- לבדוק שהתלמיד מציע תגובה מכבדת, רגועה, ולא אלימה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כי כל אחד רואה את המצב אחרת, וההקשבה עוזרת להבין ולפתור בעיות יחד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תשובה פתוחה - דילמה הגיונית מעולם הכדורגל עם שאלה מתאימה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שאלה קשה בלי תשובה אחת ברורה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להקשיב, ולנמק את הדעה שלנו בלי לצעוק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להרגיע את הקבוצה ולהוביל תגובה מכבדת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לקיים דיון בכיתה בעקבות כרטיס הדילמה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חשוב להדגיש שאין תשובה נכונה אחת, וכל דעה מכובדת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לעודד תלמידים שקטים להשתתף אך לא ללחוץ עליהם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⚽ כדורגל – המשחק שכולם אוהבים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דילמות של משחק הוגן בכדורגל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לפעמים במשחק כדורגל קשה לדעת מה נכון. אין תשובה אחת. כל אחד יכול להגיד מה הוא חושב.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דילמה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שאלה קשה שאין לה תשובה אחת ברורה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משחק הוגן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לשחק לפי הכללים ובכבוד לכולם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שופט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האדם שמחליט על עבירות במשחק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עבירה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פעולה אסורה לפי חוקי המשחק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קפטן/ית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השחקן או השחקנית שמובילים את הקבוצה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לנמק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להסביר למה חושבים ככה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השתתפות מרצון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לדבר רק אם רוצים, אפשר גם לשתוק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המילה דילמה אומרת?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שאלה שיש לה תשובה אחת נכונה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שאלה קשה בלי תשובה אחת נכונה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כלל במשחק כדורגל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סוג של עבירה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קרה עם השופט בדילמה?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השופט נתן גול לא נכון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השופט שרק עבירה והשחקנים חושבים שהוא טעה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השופט לא הגיע למשחק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קבוצה אחת עזבה את המגרש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אפשר לעשות אם לא רוצים לדבר?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חייבים לדבר בקול רם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אסור להקשיב לאחרים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מותר גם לשתוק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חייבים להסכים עם כולם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חשוב לעשות כשאומרים מה חושבים?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לצעוק חזק יותר מאחרים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לנמק את הדעה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להעתיק מהחבר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לא להגיד כלום אף פעם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מי מוביל את הקבוצה ברגע קשה?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הקהל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הקפטן או הקפטנית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השחקן שהבקיע גול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הספסל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בדילמה יש תמיד תשובה אחת נכונה וברורה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מותר לשתוק ולא להשתתף בשיחה על דילמה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כשחושבים שהשופט טעה, הדרך הנכונה היא לצעוק עליו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בדילמה חשוב להקשיב גם לדעות שונות משלנו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הקפטנית לא צריכה לעשות כלום כששופט טועה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השופט __________ עבירה, והשחקנים חושבים שהוא טעה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בדילמה אין תשובה אחת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מקשיבים לכל דעה, __________, ומותר גם לשתוק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ה__________ של הקבוצה צריכה להחליט איך להגיב ברגע קשה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דילמה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אפשר לדבר או לשתוק, לפי בחירה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שופט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להסביר למה חושבים ככה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קפטנית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מחליט על עבירות במשחק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לנמק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שאלה קשה בלי תשובה אחת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השתתפות מרצון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מובילה את הקבוצה ברגעי מתח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כתיבה ומחשבה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דמיינו שאתם קפטן או קפטנית בקבוצה, והשופט טעה בשריקת עבירה. כתבו מה הייתם עושים ואומרים לקבוצה שלכם.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למה לדעתכם חשוב להקשיב לדעות שונות בדילמה, גם אם לא מסכימים איתן?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כתבו דילמה אחרת שיכולה לקרות במשחק כדורגל, ושאלה אחת עליה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זה דילמה?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אפשר לעשות כששומעים דעה שלא מסכימים איתה?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תפקיד הקפטן או הקפטנית ברגע של ויכוח במשחק?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דילמות של משחק הוגן בכדורגל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