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של משחק הוגן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דילמות של הוגנות במגרש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הקשבה לדעות שונות ונימוק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תפקיד הקפטן/ית ברגעי מתח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שאלה קשה בלי תשובה אחת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השופט שרק עבירה והשחקנים חושבים שהוא טעה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בדילמה אין תשובה אחת נכונה - שומעים כמה דעות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ההשתתפות היא מרצון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(שאלה קשה בלי תשובה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(מחליט על עבירות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(מובילה את הקבוצה ברגעי מתח)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(להסביר למה חושבים ככה)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מציע תגובה מכבדת, רגועה, ולא אלימה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קשה בלי תשובה אחת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להקשיב, ולנמק את הדעה שלנו בלי לצעוק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להרגיע את הקבוצה ולהוביל תגובה 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דיון בכיתה בעקבות כרטיס הדילמה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תשובה נכונה אחת, וכל דעה מכובדת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שקטים להשתתף אך לא ללחוץ עליהם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של משחק הוגן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בכדורגל יש לפעמים רגעים שבהם קשה להחליט מה נכון לעשות. בדילמה אין תשובה אחת נכונה - מקשיבים לכל דעה, מנמקים, ומותר גם לשתוק.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שרק  ·  נכונה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דילמה?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שאלה שיש לה תשובה אחת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שאלה קשה בלי תשובה אחת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כלל במשחק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בדילמת "שופט טעה", מה קרה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השופט נתן גול לא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השופט שרק עבירה והשחקנים חושבים שהוא טעה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השופט לא הגיע למשחק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בדילמה יש תמיד תשובה אחת נכונה וברורה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לשתוק ולא להשתתף בשיחה על דילמה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השופט __________ עבירה, והשחקנים חושבים שהוא טעה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בדילמה אין תשובה אחת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דילמה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מובילה את הקבוצה ברגעי מתח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להסביר למה חושבים ככה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קפטנית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מחליט על עבירות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לנמק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שאלה קשה בלי תשובה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קפטן או קפטנית בקבוצה, והשופט טעה בשריקת עבירה. כתבו מה הייתם עושים ואומרים לקבוצה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דילמה?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אפשר לעשות כששומעים דעה שלא מסכימים איתה?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דילמות של משחק הוגן בכדורגל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